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את עקרונות הלשון הבסיסיים שנלמדים במרכזונים מא׳ ועד 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זכר לנקבה, יחיד לרבים, ושימושים שונים של אותה מילה (פועל / שם /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וברורה - פתיחת סיפור, סיכום או משפט עם דעה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לעבוד באופן עצמאי, לבדוק את עצמי לפי מפתח ולדעת באיזה נושא אני צריך/ה עוד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צלילים, הברות וחרוזים – זיהוי צְלִיל פותח וסוגר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צלילים, הברות וחרוזים – ספירת הֲבָרוֹת ומציאת חָרוּז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צלילים, הברות וחרוזים – כתיבה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יד (הברה אחת), אפרסק (שלוש הברות)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שורשים ומשפחות מילים, זכר ונקבה ויחיד ורבים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לכולן אותו 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בדרך כלל שלוש אותיות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שורשים ומשפחות מילים, זכר ונקבה ויחיד ורבים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שורשים ומשפחות מילים, זכר ונקבה ויחיד ורבים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שורשים ומשפחות מילים, זכר ונקבה ויחיד ורבים – יישום בכתיבה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שם המספר: מונה וסודר – זיהוי מונה וסודר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איזה במקום?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שם המספר: מונה וסודר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"שלוש" היא מספר מונה, היא עונה על השאלה כמה.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בזכר מוסיפים ה בסוף, בנקבה לא.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שם המספר: מונה וסודר – השלמת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שם המספר: מונה וסודר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זמנים וגופים, התאמת תואר לשם עצם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כותב היא צורת הווה ליחיד זכר, מתאימה לכל גוף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להתאים במין: ילדה חכמה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זמנים וגופים, התאמת תואר לשם עצם – זיהוי ושליפה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שיחקנו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זמנים וגופים, התאמת תואר לשם עצם – זיהוי ושליפה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זמנים וגופים, התאמת תואר לשם עצם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ישחקו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צורת הבינוני: פועל בהווה או שם ותואר – זיהוי והכרה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שומרות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צורת הבינוני: פועל בהווה או שם ותואר – זיהוי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לבינוני יש כוח כפול: הוא יכול לתאר פעולה בהווה, או לשמש כשם של בעל תפקיד או כתואר.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כאן ״השומר״ היא שם עצם - היא עונה על השאלה מי? ולא מה עושה.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צורת הבינוני: פועל בהווה או שם ותואר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רותחים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צורת הבינוני: פועל בהווה או שם ותואר – הבחנה וכתיבה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ילד מחייך ישב על הספסל - ״ילד״ שם עצם, ״מחייך״ תואר.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פרק מסוים ומנמק/ת בדוגמה מהתרגול, לא רק נימוק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למספר שיעורים - פרק אחד או שניים בכל פעם, בדומה למבנה הסבב של המרכזונים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להוסיף הסברים קצרים בעברית פשוטה ודוגמה מצוירת ליד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את מספר הפריטים בכל תרגיל ולהוסיף תמיכה חזותית, כמו בגרסאות החנ״מ של המרכזונים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בדיקה עצמית בין הפרקים, כמו פס הבדיקה במרכזון, כדי לשמור על עבודה עצמאית והרגלי למידה טובים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מרכזי למידה בלשון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תמצאו תרגילים לפי נושאים, מהקל אל המורכב. עבדו פרק אחרי פרק, ענו לבד תחילה ואחר כך בדקו מול המפתח או התייעצו עם חבר/ה. בסוף כל פרק יש שאלת בדיקה עצמית - ענו עליה בכנות כדי לדעת מה חזק אצלכם ומה כדאי לחזור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מעניין  ·  ישחקו  ·  רותחים  ·  שומר  ·  שיחקנו  ·  קוראת  ·  שלוש  ·  גדולה  ·  כ.ת.ב  ·  שתיים  ·  שלוש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צלילים, הברות וחרוזים – זיהוי צְלִיל פותח וסוגר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מילה הצְלִיל הפותח הוא /כ/?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מילה הצְלִיל הפותח הוא /מ/?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מילה הצְלִיל הסוגר (האחרון) הוא /ת/?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צלילים, הברות וחרוזים – ספירת הֲבָרוֹת ומציאת חָרוּז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במילה ׳כדור׳ יש __________ הֲבָרוֹת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במילה ׳בננה׳ יש __________ הֲבָרוֹת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צלילים, הברות וחרוזים – כתיבה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מילה אחת בת הֲבָרָה אחת ומילה אחת בת שלוש הֲבָרוֹת.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שורשים ומשפחות מילים, זכר ונקבה ויחיד ורבים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המשותף למילים מכתב, כתובת וכותבת?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כולן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לכולן אותו שורש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כולן בלשון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שורש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בדרך כלל שלוש אותיות שחוזרות במילים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שייכת למשפחת המילים של השורש ל.מ.ד?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שורשים ומשפחות מילים, זכר ונקבה ויחיד ורבים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כתובת, כותבת ומכתב - כל המילים האלה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 גדול, ילדה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שורשים ומשפחות מילים, זכר ונקבה ויחיד ורבים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שורשים ומשפחות מילים, זכר ונקבה ויחיד ורבים – יישום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שם המספר: מונה וסודר – זיהוי מונה וסודר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איזו שאלה עונה מספר 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איזו שאלה עונה מספר סודר?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איזה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שם המספר: מונה וסודר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"שלוש" היא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בזכר המספר מ-3 עד 10 מסתיים לרוב באות ה, למשל שלושה וארבעה.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שם המספר: מונה וסודר – השלמת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ראינו __________ ילדים בגן המשחקים.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שלנו יש __________ ילדות חדשות.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שם המספר: מונה וסודר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זמנים וגופים, התאמת תואר לשם עצם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"כותב" יכולה להתאים גם לגוף "אני" וגם לגוף "הוא" (זכר יחיד)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"ילדה חכם" הוא צירוף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זמנים וגופים, התאמת תואר לשם עצם – זיהוי ושליפה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אתמול אנחנו __________ (לשחק)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ספר __________ (מעניין) נמצא על המדף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זמנים וגופים, התאמת תואר לשם עצם – זיהוי ושליפה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זמן נמצא הפועל "ילמד"?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זמנים וגופים, התאמת תואר לשם עצם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היא __________ (לקרוא) ספר 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הם __________ (לשחק) מחר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צורת הבינוני: פועל בהווה או שם ותואר – זיהוי והכרה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צורות יש לבינוני?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הצורה הנכונה ליחיד זכר מהשורש שמ״ר?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מהבאות היא צורת רבות של הבינוני מהשורש שמ״ר?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צורת הבינוני: פועל בהווה או שם ותואר – זיהוי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הבינוני יכול לשמש גם כפועל בהווה וגם כשם עצם או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״השומר פתח את השער״ המילה ״שומר״ היא פועל בהווה.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צורת הבינוני: פועל בהווה או שם ותואר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דניאל __________ על הצמחים בגינה (פועל בהווה, שורש שמ״ר).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בכוס יש מים __________ (תואר, שורש רת״ח).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צורת הבינוני: פועל בהווה או שם ותואר – הבחנה וכתיבה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מילה בבינוני משמשת תואר לשם עצם, וסמנו את שם העצם ואת התואר.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פרק הצלחתי הכי הרבה, ולמה אני חושב/ת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מילה אחת חדשה למדתי בחוברת,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מרכזי למידה בלשון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