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מרכזי למידה בלשון (יסודי)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ולתרגל את עקרונות הלשון הבסיסיים שנלמדים במרכזונים מא׳ ועד ו׳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זכר לנקבה, יחיד לרבים, ושימושים שונים של אותה מילה (פועל / שם / תואר)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קצרה וברורה - פתיחת סיפור, סיכום או משפט עם דעה ונימוק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לעבוד באופן עצמאי, לבדוק את עצמי לפי מפתח ולדעת באיזה נושא אני צריך/ה עוד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צלילים, הברות וחרוזים – זיהוי צְלִיל פותח וסוגר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צלילים, הברות וחרוזים – ספירת הֲבָרוֹת ומציאת חָרוּז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תרנגול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צלילים, הברות וחרוזים – כתיבה ובדיקה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מילה שמתחילה בצליל /י/, למשל: ים, ירח, ילקוט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יד (הברה אחת), אפרסק (שלוש הברות)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שורשים ומשפחות מילים, זכר ונקבה ויחיד ורבים – זיהוי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לכולן אותו שורש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בדרך כלל שלוש אותיות שחוזרות במילים מאותה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שורשים ומשפחות מילים, זכר ונקבה ויחיד ורבים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טובות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שורשים ומשפחות מילים, זכר ונקבה ויחיד ורבים – התאמה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(חכמה)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(חכמים)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(חכמות)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שורשים ומשפחות מילים, זכר ונקבה ויחיד ורבים – יישום בכתיבה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כתב, כתיבה, הכתיב, כתובים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הילדים הגדולים שיחקו בחצר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שם המספר: מונה וסודר – זיהוי מונה וסודר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איזה במקום?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שם המספר: מונה וסודר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"שלוש" היא מספר מונה, היא עונה על השאלה כמה.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בזכר מוסיפים ה בסוף, בנקבה לא.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שם המספר: מונה וסודר – השלמת הצורה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שם המספר: מונה וסודר – התאמה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(שלושה)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(שלוש)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(הראשונה)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(שתי)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זמנים וגופים, התאמת תואר לשם עצם – זיהוי ושליפה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כותב היא צורת הווה ליחיד זכר, מתאימה לכל גוף זכר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להתאים במין: ילדה חכמה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זמנים וגופים, התאמת תואר לשם עצם – זיהוי ושליפה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שיחקנו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מעניין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זמנים וגופים, התאמת תואר לשם עצם – זיהוי ושליפה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עתיד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זמנים וגופים, התאמת תואר לשם עצם – תרגול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ישחקו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רצו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צורת הבינוני: פועל בהווה או שם ותואר – זיהוי והכרה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שומרות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קורית עכשיו או תמיד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צורת הבינוני: פועל בהווה או שם ותואר – זיהוי בתוך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לבינוני יש כוח כפול: הוא יכול לתאר פעולה בהווה, או לשמש כשם של בעל תפקיד או כתואר.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כאן ״השומר״ היא שם עצם - היא עונה על השאלה מי? ולא מה עושה.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כשהבינוני משמש שם עצם אפשר לרוב להוסיף לפניו ה׳ הידיעה.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מילים שזהות בכתיבתן בהווה ובעבר (כמו רץ/רצה), וההקשר הוא שקובע את הזמן.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צורת הבינוני: פועל בהווה או שם ותואר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רותחים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מה עושה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סופרת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צורת הבינוני: פועל בהווה או שם ותואר – הבחנה וכתיבה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נועה סופרת עד מאה (פועל). / הסופרת חתמה על הספר שלי (שם עצם).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לפי ההקשר - המילה ״אתמול״ מראה שמדובר בזמן עבר, למרות שהכתיב דומה לצורת הבינוני.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ילד מחייך ישב על הספסל - ״ילד״ שם עצם, ״מחייך״ תואר.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מציין/ת פרק מסוים ומנמק/ת בדוגמה מהתרגול, לא רק נימוק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למספר שיעורים - פרק אחד או שניים בכל פעם, בדומה למבנה הסבב של המרכזונים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להוסיף הסברים קצרים בעברית פשוטה ודוגמה מצוירת ליד כל 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לצמצם את מספר הפריטים בכל תרגיל ולהוסיף תמיכה חזותית, כמו בגרסאות החנ״מ של המרכזונים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בדיקה עצמית בין הפרקים, כמו פס הבדיקה במרכזון, כדי לשמור על עבודה עצמאית והרגלי למידה טובים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מרכזי למידה בלשון (יסודי)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תרגילים לפי נושא. עשו פרק אחרי פרק. קודם לבד, אחר כך בדקו. בסוף כל פרק יש שאלה קטנה - היא עוזרת לדעת מה למדתם טוב.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 ארבע אותיות שחוזרות במילים מאותה משפחה, כמו כ-ת-ב במכתב וכותבת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עם אותו שורש ומשמעות קרובה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של מילה שאפשר למחוא עליו כף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שמסתיימות באותו צליל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מונה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שעונה על השאלה כמה, למשל שלושה ספרים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סודר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שעונה על השאלה באיזה מקום, למשל ראשון שני שלישי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בינוני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הפועל בזמן הווה, שיכולה לשמש גם כשם עצם או תואר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 ונקבה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הצורות של שם עצם או תואר, לפי מי או מה מדובר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 ורבים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הדברים או האנשים שמדברים עליהם - אחד או יותר מאחד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תואר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עושים משהו, למשל בזהירות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צלילים, הברות וחרוזים – זיהוי צְלִיל פותח וסוגר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מתחילה בצליל כ?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מתחילה בצליל 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נגמרת בצליל 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מתחילה בצליל 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דלת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צלילים, הברות וחרוזים – ספירת הֲבָרוֹת ומציאת חָרוּז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במילה ׳כדור׳ יש __________ הֲבָרוֹת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במילה ׳בננה׳ יש __________ הֲבָרוֹת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שמתחרזת עם ׳חתול׳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שמתחרזת עם ׳בית׳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צלילים, הברות וחרוזים – כתיבה ובדיקה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שמתחילות באותו צליל כמו המילה ׳ילד׳.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מילה אחת בת הֲבָרָה אחת ומילה אחת בת שלוש הֲבָרוֹת.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שורשים ומשפחות מילים, זכר ונקבה ויחיד ורבים – זיהוי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דומה במילים מכתב, כתובת, כותבת?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כולן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לכולן אותו שורש כ.ת.ב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כולן בלשון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כולן מתחילות באות 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האות הראשונה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בדרך כלל שלוש אותיות שחוזרות במילים מאותה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הניקוד של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האות האחרונה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מהשורש ל.מ.ד?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אותיות יש בשורש?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שורשים ומשפחות מילים, זכר ונקבה ויחיד ורבים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כתובת, כותבת ומכתב - כל המילים האלה מהשורש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ילד גדול, ילדה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ספר מעניין, ספרים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מורה טובה, מורות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שורשים ומשפחות מילים, זכר ונקבה ויחיד ורבים – התאמה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חכמים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חכמות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ילדות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חכמה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שורשים ומשפחות מילים, זכר ונקבה ויחיד ורבים – יישום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מילים נוספות מהשורש כ.ת.ב (חוץ ממכתב, כתובת, כותבת)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שם עצם ברבים בזכר ושם תואר מתאים 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שם המספר: מונה וסודר – זיהוי מונה וסודר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שאלה משתמשים כשרוצים לדעת כמות?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שאלה שואלים על מקום בסדר?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איזה במקום?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שם המספר: מונה וסודר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"שלוש" היא מספר סודר.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בזכר המספר מ-3 עד 10 מסתיים לרוב באות ה, למשל שלושה וארבעה.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שם המספר: מונה וסודר – השלמת הצורה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ראינו __________ ילדים בגן המשחקים.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בכיתה שלנו יש __________ ילדות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קראתי __________ ספרים מעניינים השבוע.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קניתי __________ מחברות בצבעים 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זאת הפעם ה__________ שאני מבקר/ת בבית הספר הזה.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שם המספר: מונה וסודר – התאמה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שלוש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ילדות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עפרונות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שלושה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מחברות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הראשונה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זמנים וגופים, התאמת תואר לשם עצם – זיהוי ושליפה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"כותב" יכולה להתאים גם לגוף "אני" וגם לגוף "הוא" (זכר יחיד)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"ילדה חכם" הוא צירוף תקין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זמנים וגופים, התאמת תואר לשם עצם – זיהוי ושליפה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אתמול אנחנו __________ (לשחק)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ספר __________ (מעניין) נמצא על המדף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זמנים וגופים, התאמת תואר לשם עצם – זיהוי ושליפה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קורה הפועל "ילמד"?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זמנים וגופים, התאמת תואר לשם עצם – תרגול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היא __________ (לקרוא) ספר כל ערב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הם __________ (לשחק) מחר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אתמול הילדות __________ (לרוץ) במגרש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צורת הבינוני: פועל בהווה או שם ותואר – זיהוי והכרה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צורות שונות יש למילה בבינוני (כמו שומר)?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הצורה הנכונה ליחיד זכר מהשורש שמ״ר?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מהבאות היא צורת רבות של הבינוני מהשורש שמ״ר?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הבינוני מתאר בעיקר פעולה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קרתה אתמול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תקרה 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קורית עכשיו או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קרתה מעולם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צורת הבינוני: פועל בהווה או שם ותואר – זיהוי בתוך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הבינוני יכול לשמש גם כפועל בהווה וגם כשם עצם או תואר.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״השומר פתח את השער״ המילה ״שומר״ היא פועל בהווה.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להוסיף ה׳ הידיעה לבינוני כשהוא משמש שם של תפקיד, כמו ״השומר״ או ״המורה״.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״רץ״ תמיד מתארת פעולה שקורית עכשיו.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צורת הבינוני: פועל בהווה או שם ותואר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דניאל __________ על הצמחים בגינה (פועל בהווה, שורש שמ״ר).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בכוס יש מים __________ (תואר, שורש רת״ח).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שאלת הבדיקה שעוזרת לזהות פועל בהווה היא: האם המילה עונה על השאלה __________?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נועה __________ עד מאה בעזרת האצבעות (פועל בהווה, שורש ספ״ר).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צורת הבינוני: פועל בהווה או שם ותואר – הבחנה וכתיבה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עם המילה ״סופרת״: באחד היא תשמש פועל בהווה, ובשני היא תשמש שם עצם.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איך אפשר לדעת אם המילה ״רצה״ במשפט ״אתמול מאיה רצה בפארק״ היא הווה או עבר.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שבו מילה בבינוני משמשת תואר לשם עצם, וסמנו את שם העצם ואת התואר.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פרק הצלחתי הכי הרבה, ולמה אני חושב/ת כך?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מילה אחת חדשה למדתי בחוברת, ומה פירושה?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יש נושא שעדיין קשה לי - אילו שני תרגילים כדאי לי לחזור עליהם?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מרכזי למידה בלשון (יסודי)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